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5: Revise and Edit Detective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5 practice. Find and fix the problems, then check the paragraph.</w:t>
      </w:r>
    </w:p>
    <w:p>
      <w:pPr>
        <w:spacing w:after="80" w:before="0"/>
      </w:pPr>
      <w:r>
        <w:rPr>
          <w:b w:val="0"/>
          <w:i w:val="0"/>
          <w:sz w:val="22"/>
        </w:rPr>
        <w:t>Here is a rough paragraph. It has mistakes to fix.</w:t>
      </w:r>
    </w:p>
    <w:p>
      <w:pPr>
        <w:spacing w:after="160" w:before="0"/>
      </w:pPr>
      <w:r>
        <w:rPr>
          <w:b w:val="0"/>
          <w:i w:val="0"/>
          <w:sz w:val="22"/>
        </w:rPr>
        <w:t>i think summer is the best season. you can swim every day it is warm and sunny. Also you get a long break from school. because there is so much to do outside. summer is the best</w:t>
      </w:r>
    </w:p>
    <w:p>
      <w:pPr>
        <w:spacing w:after="80"/>
      </w:pPr>
      <w:r>
        <w:rPr>
          <w:b/>
          <w:i w:val="0"/>
          <w:sz w:val="22"/>
        </w:rPr>
        <w:t xml:space="preserve">1.  </w:t>
      </w:r>
      <w:r>
        <w:rPr>
          <w:b w:val="0"/>
          <w:i w:val="0"/>
          <w:sz w:val="22"/>
        </w:rPr>
        <w:t>Fix the capital letters and end marks (there are several).</w:t>
      </w:r>
    </w:p>
    <w:p>
      <w:pPr>
        <w:spacing w:after="80"/>
      </w:pPr>
      <w:r>
        <w:rPr>
          <w:b/>
          <w:i w:val="0"/>
          <w:sz w:val="22"/>
        </w:rPr>
        <w:t xml:space="preserve">2.  </w:t>
      </w:r>
      <w:r>
        <w:rPr>
          <w:b w:val="0"/>
          <w:i w:val="0"/>
          <w:sz w:val="22"/>
        </w:rPr>
        <w:t>Find the run-on sentence and split it into two.</w:t>
      </w:r>
    </w:p>
    <w:p>
      <w:pPr>
        <w:spacing w:after="80"/>
      </w:pPr>
      <w:r>
        <w:rPr>
          <w:b/>
          <w:i w:val="0"/>
          <w:sz w:val="22"/>
        </w:rPr>
        <w:t xml:space="preserve">3.  </w:t>
      </w:r>
      <w:r>
        <w:rPr>
          <w:b w:val="0"/>
          <w:i w:val="0"/>
          <w:sz w:val="22"/>
        </w:rPr>
        <w:t>Find the fragment (an incomplete sentence) and fix it.</w:t>
      </w:r>
    </w:p>
    <w:p>
      <w:pPr>
        <w:spacing w:after="80"/>
      </w:pPr>
      <w:r>
        <w:rPr>
          <w:b/>
          <w:i w:val="0"/>
          <w:sz w:val="22"/>
        </w:rPr>
        <w:t xml:space="preserve">4.  </w:t>
      </w:r>
      <w:r>
        <w:rPr>
          <w:b w:val="0"/>
          <w:i w:val="0"/>
          <w:sz w:val="22"/>
        </w:rPr>
        <w:t>The conclusion is missing an end mark and a clincher. Improve it: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Checklist - tick each once you have checked it: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Capitals at the start of every sentence and for I.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An end mark on every sentence.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No run-ons and no fragments.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The paragraph has all three parts.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